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BF882" w14:textId="77777777" w:rsidR="00CC3054" w:rsidRPr="00F01498" w:rsidRDefault="00000000" w:rsidP="00542EEB">
      <w:pPr>
        <w:pStyle w:val="Title"/>
        <w:rPr>
          <w:sz w:val="28"/>
          <w:szCs w:val="28"/>
        </w:rPr>
      </w:pPr>
      <w:r w:rsidRPr="00F01498">
        <w:rPr>
          <w:sz w:val="28"/>
          <w:szCs w:val="28"/>
        </w:rPr>
        <w:t>First Name Last Name</w:t>
      </w:r>
    </w:p>
    <w:p w14:paraId="446956A9" w14:textId="77777777" w:rsidR="00CC3054" w:rsidRPr="00F01498" w:rsidRDefault="00000000">
      <w:pPr>
        <w:jc w:val="center"/>
        <w:rPr>
          <w:rFonts w:ascii="Open Sans" w:hAnsi="Open Sans" w:cs="Open Sans"/>
          <w:sz w:val="22"/>
        </w:rPr>
      </w:pPr>
      <w:r w:rsidRPr="00F01498">
        <w:rPr>
          <w:rFonts w:ascii="Open Sans" w:hAnsi="Open Sans" w:cs="Open Sans"/>
          <w:sz w:val="22"/>
        </w:rPr>
        <w:t>414.288.7423</w:t>
      </w:r>
    </w:p>
    <w:p w14:paraId="182E7D85" w14:textId="77777777" w:rsidR="00CC3054" w:rsidRPr="00F01498" w:rsidRDefault="00000000">
      <w:pPr>
        <w:jc w:val="center"/>
        <w:rPr>
          <w:rFonts w:ascii="Open Sans" w:hAnsi="Open Sans" w:cs="Open Sans"/>
          <w:sz w:val="22"/>
        </w:rPr>
      </w:pPr>
      <w:r w:rsidRPr="00F01498">
        <w:rPr>
          <w:rFonts w:ascii="Open Sans" w:hAnsi="Open Sans" w:cs="Open Sans"/>
          <w:color w:val="0066CC"/>
          <w:sz w:val="22"/>
          <w:u w:val="single"/>
        </w:rPr>
        <w:t>firstname.lastname@marquette.edu</w:t>
      </w:r>
    </w:p>
    <w:p w14:paraId="4A920EEA" w14:textId="77777777" w:rsidR="00CC3054" w:rsidRPr="00F01498" w:rsidRDefault="00000000">
      <w:pPr>
        <w:spacing w:after="160"/>
        <w:jc w:val="center"/>
        <w:rPr>
          <w:rFonts w:ascii="Open Sans" w:hAnsi="Open Sans" w:cs="Open Sans"/>
          <w:sz w:val="22"/>
        </w:rPr>
      </w:pPr>
      <w:r w:rsidRPr="00F01498">
        <w:rPr>
          <w:rFonts w:ascii="Open Sans" w:hAnsi="Open Sans" w:cs="Open Sans"/>
          <w:sz w:val="22"/>
        </w:rPr>
        <w:t>Milwaukee, WI</w:t>
      </w:r>
    </w:p>
    <w:p w14:paraId="6052F84E" w14:textId="77777777" w:rsidR="00CC3054" w:rsidRPr="00F01498" w:rsidRDefault="00000000" w:rsidP="00C44B64">
      <w:pPr>
        <w:pStyle w:val="Heading1"/>
        <w:spacing w:before="160" w:after="40"/>
        <w:rPr>
          <w:rFonts w:ascii="Open Sans" w:hAnsi="Open Sans" w:cs="Open Sans"/>
          <w:sz w:val="22"/>
          <w:szCs w:val="22"/>
        </w:rPr>
      </w:pPr>
      <w:r w:rsidRPr="00F01498">
        <w:rPr>
          <w:rFonts w:ascii="Open Sans" w:hAnsi="Open Sans" w:cs="Open Sans"/>
          <w:sz w:val="22"/>
          <w:szCs w:val="22"/>
        </w:rPr>
        <w:t>OBJECTIVE</w:t>
      </w:r>
    </w:p>
    <w:p w14:paraId="6A0CA53F" w14:textId="1976C4F9" w:rsidR="00CC3054" w:rsidRPr="00F01498" w:rsidRDefault="00CC3054">
      <w:pPr>
        <w:spacing w:after="40"/>
        <w:rPr>
          <w:rFonts w:ascii="Open Sans" w:hAnsi="Open Sans" w:cs="Open Sans"/>
          <w:sz w:val="22"/>
        </w:rPr>
      </w:pPr>
    </w:p>
    <w:p w14:paraId="022C44B9" w14:textId="77777777" w:rsidR="00CC3054" w:rsidRPr="00F01498" w:rsidRDefault="00000000" w:rsidP="00542EEB">
      <w:pPr>
        <w:pStyle w:val="Heading1"/>
        <w:rPr>
          <w:rFonts w:ascii="Open Sans" w:hAnsi="Open Sans" w:cs="Open Sans"/>
          <w:sz w:val="22"/>
          <w:szCs w:val="22"/>
        </w:rPr>
      </w:pPr>
      <w:r w:rsidRPr="00F01498">
        <w:rPr>
          <w:rFonts w:ascii="Open Sans" w:hAnsi="Open Sans" w:cs="Open Sans"/>
          <w:sz w:val="22"/>
          <w:szCs w:val="22"/>
        </w:rPr>
        <w:t>EDUCATION</w:t>
      </w:r>
    </w:p>
    <w:p w14:paraId="775510B8" w14:textId="495661A6" w:rsidR="00CC3054" w:rsidRPr="00F01498" w:rsidRDefault="00000000" w:rsidP="00C44B64">
      <w:pPr>
        <w:tabs>
          <w:tab w:val="right" w:pos="10080"/>
          <w:tab w:val="right" w:pos="10584"/>
        </w:tabs>
        <w:rPr>
          <w:rFonts w:ascii="Open Sans" w:hAnsi="Open Sans" w:cs="Open Sans"/>
          <w:sz w:val="22"/>
        </w:rPr>
      </w:pPr>
      <w:r w:rsidRPr="00F01498">
        <w:rPr>
          <w:rFonts w:ascii="Open Sans" w:hAnsi="Open Sans" w:cs="Open Sans"/>
          <w:b/>
          <w:bCs/>
          <w:sz w:val="22"/>
        </w:rPr>
        <w:t>Marquette University</w:t>
      </w:r>
      <w:r w:rsidRPr="00F01498">
        <w:rPr>
          <w:rFonts w:ascii="Open Sans" w:hAnsi="Open Sans" w:cs="Open Sans"/>
          <w:sz w:val="22"/>
        </w:rPr>
        <w:t xml:space="preserve"> </w:t>
      </w:r>
      <w:r w:rsidR="008A7802" w:rsidRPr="00F01498">
        <w:rPr>
          <w:rFonts w:ascii="Open Sans" w:hAnsi="Open Sans" w:cs="Open Sans"/>
          <w:sz w:val="22"/>
        </w:rPr>
        <w:t>–</w:t>
      </w:r>
      <w:r w:rsidRPr="00F01498">
        <w:rPr>
          <w:rFonts w:ascii="Open Sans" w:hAnsi="Open Sans" w:cs="Open Sans"/>
          <w:sz w:val="22"/>
        </w:rPr>
        <w:t xml:space="preserve"> Milwaukee, WI</w:t>
      </w:r>
      <w:r w:rsidR="00C44B64" w:rsidRPr="00F01498">
        <w:rPr>
          <w:rFonts w:ascii="Open Sans" w:hAnsi="Open Sans" w:cs="Open Sans"/>
          <w:sz w:val="22"/>
        </w:rPr>
        <w:tab/>
      </w:r>
      <w:r w:rsidRPr="00F01498">
        <w:rPr>
          <w:rFonts w:ascii="Open Sans" w:hAnsi="Open Sans" w:cs="Open Sans"/>
          <w:sz w:val="22"/>
        </w:rPr>
        <w:t>May 20xx</w:t>
      </w:r>
    </w:p>
    <w:p w14:paraId="156F66CC" w14:textId="4BEBAE90" w:rsidR="00CC3054" w:rsidRPr="00F01498" w:rsidRDefault="00000000" w:rsidP="00C44B64">
      <w:pPr>
        <w:tabs>
          <w:tab w:val="right" w:pos="10080"/>
          <w:tab w:val="right" w:pos="10584"/>
        </w:tabs>
        <w:rPr>
          <w:rFonts w:ascii="Open Sans" w:hAnsi="Open Sans" w:cs="Open Sans"/>
          <w:sz w:val="22"/>
        </w:rPr>
      </w:pPr>
      <w:r w:rsidRPr="00F01498">
        <w:rPr>
          <w:rFonts w:ascii="Open Sans" w:hAnsi="Open Sans" w:cs="Open Sans"/>
          <w:sz w:val="22"/>
        </w:rPr>
        <w:t>Bachelor of Arts</w:t>
      </w:r>
      <w:r w:rsidRPr="00F01498">
        <w:rPr>
          <w:rFonts w:ascii="Open Sans" w:hAnsi="Open Sans" w:cs="Open Sans"/>
          <w:sz w:val="22"/>
        </w:rPr>
        <w:tab/>
        <w:t>GPA: /4.0</w:t>
      </w:r>
    </w:p>
    <w:p w14:paraId="6DC76591" w14:textId="6439BAAA" w:rsidR="00CC3054" w:rsidRPr="00F01498" w:rsidRDefault="00000000">
      <w:pPr>
        <w:rPr>
          <w:rFonts w:ascii="Open Sans" w:hAnsi="Open Sans" w:cs="Open Sans"/>
          <w:sz w:val="22"/>
        </w:rPr>
      </w:pPr>
      <w:r w:rsidRPr="00F01498">
        <w:rPr>
          <w:rFonts w:ascii="Open Sans" w:hAnsi="Open Sans" w:cs="Open Sans"/>
          <w:sz w:val="22"/>
        </w:rPr>
        <w:t xml:space="preserve">Major: </w:t>
      </w:r>
    </w:p>
    <w:p w14:paraId="15905421" w14:textId="2B94B5E9" w:rsidR="00CC3054" w:rsidRPr="00F01498" w:rsidRDefault="00000000" w:rsidP="00C44B64">
      <w:pPr>
        <w:spacing w:after="60"/>
        <w:rPr>
          <w:rFonts w:ascii="Open Sans" w:hAnsi="Open Sans" w:cs="Open Sans"/>
          <w:i/>
          <w:iCs/>
          <w:sz w:val="22"/>
        </w:rPr>
      </w:pPr>
      <w:r w:rsidRPr="00F01498">
        <w:rPr>
          <w:rFonts w:ascii="Open Sans" w:hAnsi="Open Sans" w:cs="Open Sans"/>
          <w:i/>
          <w:iCs/>
          <w:sz w:val="22"/>
        </w:rPr>
        <w:t xml:space="preserve">Awards and Scholarships: </w:t>
      </w:r>
    </w:p>
    <w:p w14:paraId="6DD9247A" w14:textId="77777777" w:rsidR="00F01498" w:rsidRPr="00F01498" w:rsidRDefault="00F01498" w:rsidP="00F01498">
      <w:pPr>
        <w:tabs>
          <w:tab w:val="right" w:pos="10080"/>
          <w:tab w:val="right" w:pos="10584"/>
        </w:tabs>
        <w:rPr>
          <w:rFonts w:ascii="Open Sans" w:hAnsi="Open Sans" w:cs="Open Sans"/>
          <w:b/>
          <w:bCs/>
          <w:sz w:val="22"/>
        </w:rPr>
      </w:pPr>
    </w:p>
    <w:p w14:paraId="7E975C84" w14:textId="489F8537" w:rsidR="00F01498" w:rsidRPr="00F01498" w:rsidRDefault="00F01498" w:rsidP="00F01498">
      <w:pPr>
        <w:tabs>
          <w:tab w:val="right" w:pos="10080"/>
          <w:tab w:val="right" w:pos="10584"/>
        </w:tabs>
        <w:rPr>
          <w:rFonts w:ascii="Open Sans" w:hAnsi="Open Sans" w:cs="Open Sans"/>
          <w:sz w:val="22"/>
        </w:rPr>
      </w:pPr>
      <w:r w:rsidRPr="00F01498">
        <w:rPr>
          <w:rFonts w:ascii="Open Sans" w:hAnsi="Open Sans" w:cs="Open Sans"/>
          <w:b/>
          <w:bCs/>
          <w:sz w:val="22"/>
        </w:rPr>
        <w:t>Name of High School</w:t>
      </w:r>
      <w:r w:rsidRPr="00F01498">
        <w:rPr>
          <w:rFonts w:ascii="Open Sans" w:hAnsi="Open Sans" w:cs="Open Sans"/>
          <w:sz w:val="22"/>
        </w:rPr>
        <w:t xml:space="preserve"> – </w:t>
      </w:r>
      <w:r w:rsidRPr="00F01498">
        <w:rPr>
          <w:rFonts w:ascii="Open Sans" w:hAnsi="Open Sans" w:cs="Open Sans"/>
          <w:sz w:val="22"/>
        </w:rPr>
        <w:t>City, State</w:t>
      </w:r>
      <w:r w:rsidRPr="00F01498">
        <w:rPr>
          <w:rFonts w:ascii="Open Sans" w:hAnsi="Open Sans" w:cs="Open Sans"/>
          <w:sz w:val="22"/>
        </w:rPr>
        <w:tab/>
        <w:t>May 20xx</w:t>
      </w:r>
    </w:p>
    <w:p w14:paraId="3FA380F7" w14:textId="0B6D43B3" w:rsidR="00F01498" w:rsidRPr="00F01498" w:rsidRDefault="00F01498" w:rsidP="00C44B64">
      <w:pPr>
        <w:spacing w:after="60"/>
        <w:rPr>
          <w:rFonts w:ascii="Open Sans" w:hAnsi="Open Sans" w:cs="Open Sans"/>
          <w:i/>
          <w:iCs/>
          <w:sz w:val="22"/>
        </w:rPr>
      </w:pPr>
      <w:r w:rsidRPr="00F01498">
        <w:rPr>
          <w:rFonts w:ascii="Open Sans" w:hAnsi="Open Sans" w:cs="Open Sans"/>
          <w:i/>
          <w:iCs/>
          <w:sz w:val="22"/>
        </w:rPr>
        <w:t xml:space="preserve">Awards: </w:t>
      </w:r>
    </w:p>
    <w:p w14:paraId="6E14E704" w14:textId="77777777" w:rsidR="00CC3054" w:rsidRPr="00F01498" w:rsidRDefault="00000000" w:rsidP="00542EEB">
      <w:pPr>
        <w:pStyle w:val="Heading1"/>
        <w:rPr>
          <w:rFonts w:ascii="Open Sans" w:hAnsi="Open Sans" w:cs="Open Sans"/>
          <w:sz w:val="22"/>
          <w:szCs w:val="22"/>
        </w:rPr>
      </w:pPr>
      <w:r w:rsidRPr="00F01498">
        <w:rPr>
          <w:rFonts w:ascii="Open Sans" w:hAnsi="Open Sans" w:cs="Open Sans"/>
          <w:sz w:val="22"/>
          <w:szCs w:val="22"/>
        </w:rPr>
        <w:t>WORK EXPERIENCE</w:t>
      </w:r>
    </w:p>
    <w:p w14:paraId="6F5CE06F" w14:textId="77777777" w:rsidR="00F01498" w:rsidRPr="00F01498" w:rsidRDefault="00F01498" w:rsidP="00F01498">
      <w:pPr>
        <w:tabs>
          <w:tab w:val="left" w:pos="0"/>
          <w:tab w:val="center" w:pos="5400"/>
          <w:tab w:val="right" w:pos="10800"/>
        </w:tabs>
        <w:rPr>
          <w:rFonts w:ascii="Open Sans" w:hAnsi="Open Sans" w:cs="Open Sans"/>
          <w:b/>
          <w:bCs/>
          <w:sz w:val="22"/>
        </w:rPr>
      </w:pPr>
      <w:r w:rsidRPr="00F01498">
        <w:rPr>
          <w:rFonts w:ascii="Open Sans" w:hAnsi="Open Sans" w:cs="Open Sans"/>
          <w:b/>
          <w:bCs/>
          <w:sz w:val="22"/>
        </w:rPr>
        <w:t xml:space="preserve">Position Title | </w:t>
      </w:r>
      <w:r w:rsidRPr="00F01498">
        <w:rPr>
          <w:rFonts w:ascii="Open Sans" w:hAnsi="Open Sans" w:cs="Open Sans"/>
          <w:sz w:val="22"/>
        </w:rPr>
        <w:t>Organization</w:t>
      </w:r>
      <w:r w:rsidRPr="00F01498">
        <w:rPr>
          <w:rFonts w:ascii="Open Sans" w:hAnsi="Open Sans" w:cs="Open Sans"/>
          <w:b/>
          <w:bCs/>
          <w:sz w:val="22"/>
        </w:rPr>
        <w:t xml:space="preserve"> | </w:t>
      </w:r>
      <w:r w:rsidRPr="00F01498">
        <w:rPr>
          <w:rFonts w:ascii="Open Sans" w:hAnsi="Open Sans" w:cs="Open Sans"/>
          <w:i/>
          <w:iCs/>
          <w:sz w:val="22"/>
        </w:rPr>
        <w:t>City, State</w:t>
      </w:r>
      <w:r w:rsidRPr="00F01498">
        <w:rPr>
          <w:rFonts w:ascii="Open Sans" w:hAnsi="Open Sans" w:cs="Open Sans"/>
          <w:b/>
          <w:bCs/>
          <w:sz w:val="22"/>
        </w:rPr>
        <w:tab/>
      </w:r>
      <w:r w:rsidRPr="00F01498">
        <w:rPr>
          <w:rFonts w:ascii="Open Sans" w:hAnsi="Open Sans" w:cs="Open Sans"/>
          <w:b/>
          <w:bCs/>
          <w:sz w:val="22"/>
        </w:rPr>
        <w:tab/>
      </w:r>
      <w:r w:rsidRPr="00F01498">
        <w:rPr>
          <w:rFonts w:ascii="Open Sans" w:hAnsi="Open Sans" w:cs="Open Sans"/>
          <w:i/>
          <w:iCs/>
          <w:sz w:val="22"/>
        </w:rPr>
        <w:t>Month 20xx-Month 20xx</w:t>
      </w:r>
    </w:p>
    <w:p w14:paraId="591AF15E" w14:textId="77777777" w:rsidR="00F01498" w:rsidRPr="00F01498" w:rsidRDefault="00F01498" w:rsidP="00F01498">
      <w:pPr>
        <w:pStyle w:val="ListParagraph"/>
        <w:numPr>
          <w:ilvl w:val="0"/>
          <w:numId w:val="10"/>
        </w:numPr>
        <w:tabs>
          <w:tab w:val="left" w:pos="0"/>
          <w:tab w:val="center" w:pos="5400"/>
          <w:tab w:val="right" w:pos="10800"/>
        </w:tabs>
        <w:spacing w:line="259" w:lineRule="auto"/>
        <w:rPr>
          <w:rFonts w:ascii="Open Sans" w:hAnsi="Open Sans" w:cs="Open Sans"/>
          <w:sz w:val="22"/>
        </w:rPr>
      </w:pPr>
      <w:r w:rsidRPr="00F01498">
        <w:rPr>
          <w:rFonts w:ascii="Open Sans" w:hAnsi="Open Sans" w:cs="Open Sans"/>
          <w:sz w:val="22"/>
        </w:rPr>
        <w:t>Bulleted action statement</w:t>
      </w:r>
    </w:p>
    <w:p w14:paraId="79AA847A" w14:textId="77777777" w:rsidR="00F01498" w:rsidRPr="00F01498" w:rsidRDefault="00F01498" w:rsidP="00F01498">
      <w:pPr>
        <w:pStyle w:val="ListParagraph"/>
        <w:numPr>
          <w:ilvl w:val="0"/>
          <w:numId w:val="10"/>
        </w:numPr>
        <w:tabs>
          <w:tab w:val="left" w:pos="0"/>
          <w:tab w:val="center" w:pos="5400"/>
          <w:tab w:val="right" w:pos="10800"/>
        </w:tabs>
        <w:spacing w:line="259" w:lineRule="auto"/>
        <w:rPr>
          <w:rFonts w:ascii="Open Sans" w:hAnsi="Open Sans" w:cs="Open Sans"/>
          <w:sz w:val="22"/>
        </w:rPr>
      </w:pPr>
      <w:r w:rsidRPr="00F01498">
        <w:rPr>
          <w:rFonts w:ascii="Open Sans" w:hAnsi="Open Sans" w:cs="Open Sans"/>
          <w:sz w:val="22"/>
        </w:rPr>
        <w:t>Bulleted action statement</w:t>
      </w:r>
    </w:p>
    <w:p w14:paraId="1DA93AA7" w14:textId="77777777" w:rsidR="00F01498" w:rsidRPr="00F01498" w:rsidRDefault="00F01498" w:rsidP="00F01498">
      <w:pPr>
        <w:pStyle w:val="ListParagraph"/>
        <w:numPr>
          <w:ilvl w:val="0"/>
          <w:numId w:val="10"/>
        </w:numPr>
        <w:tabs>
          <w:tab w:val="left" w:pos="0"/>
          <w:tab w:val="center" w:pos="5400"/>
          <w:tab w:val="right" w:pos="10800"/>
        </w:tabs>
        <w:spacing w:line="259" w:lineRule="auto"/>
        <w:rPr>
          <w:rFonts w:ascii="Open Sans" w:hAnsi="Open Sans" w:cs="Open Sans"/>
          <w:sz w:val="22"/>
        </w:rPr>
      </w:pPr>
      <w:r w:rsidRPr="00F01498">
        <w:rPr>
          <w:rFonts w:ascii="Open Sans" w:hAnsi="Open Sans" w:cs="Open Sans"/>
          <w:sz w:val="22"/>
        </w:rPr>
        <w:t>Bulleted action statement</w:t>
      </w:r>
    </w:p>
    <w:p w14:paraId="003BD5BD" w14:textId="77777777" w:rsidR="00F01498" w:rsidRPr="00F01498" w:rsidRDefault="00F01498" w:rsidP="00F01498">
      <w:pPr>
        <w:tabs>
          <w:tab w:val="left" w:pos="0"/>
          <w:tab w:val="center" w:pos="5400"/>
          <w:tab w:val="right" w:pos="10800"/>
        </w:tabs>
        <w:rPr>
          <w:rFonts w:ascii="Open Sans" w:hAnsi="Open Sans" w:cs="Open Sans"/>
          <w:i/>
          <w:iCs/>
          <w:sz w:val="22"/>
        </w:rPr>
      </w:pPr>
      <w:r w:rsidRPr="00F01498">
        <w:rPr>
          <w:rFonts w:ascii="Open Sans" w:hAnsi="Open Sans" w:cs="Open Sans"/>
          <w:b/>
          <w:bCs/>
          <w:sz w:val="22"/>
        </w:rPr>
        <w:t xml:space="preserve">Position Title | </w:t>
      </w:r>
      <w:r w:rsidRPr="00F01498">
        <w:rPr>
          <w:rFonts w:ascii="Open Sans" w:hAnsi="Open Sans" w:cs="Open Sans"/>
          <w:sz w:val="22"/>
        </w:rPr>
        <w:t xml:space="preserve">Organization </w:t>
      </w:r>
      <w:r w:rsidRPr="00F01498">
        <w:rPr>
          <w:rFonts w:ascii="Open Sans" w:hAnsi="Open Sans" w:cs="Open Sans"/>
          <w:b/>
          <w:bCs/>
          <w:sz w:val="22"/>
        </w:rPr>
        <w:t>|</w:t>
      </w:r>
      <w:r w:rsidRPr="00F01498">
        <w:rPr>
          <w:rFonts w:ascii="Open Sans" w:hAnsi="Open Sans" w:cs="Open Sans"/>
          <w:sz w:val="22"/>
        </w:rPr>
        <w:t xml:space="preserve"> </w:t>
      </w:r>
      <w:r w:rsidRPr="00F01498">
        <w:rPr>
          <w:rFonts w:ascii="Open Sans" w:hAnsi="Open Sans" w:cs="Open Sans"/>
          <w:i/>
          <w:iCs/>
          <w:sz w:val="22"/>
        </w:rPr>
        <w:t>City, State</w:t>
      </w:r>
      <w:r w:rsidRPr="00F01498">
        <w:rPr>
          <w:rFonts w:ascii="Open Sans" w:hAnsi="Open Sans" w:cs="Open Sans"/>
          <w:i/>
          <w:iCs/>
          <w:sz w:val="22"/>
        </w:rPr>
        <w:tab/>
      </w:r>
      <w:r w:rsidRPr="00F01498">
        <w:rPr>
          <w:rFonts w:ascii="Open Sans" w:hAnsi="Open Sans" w:cs="Open Sans"/>
          <w:i/>
          <w:iCs/>
          <w:sz w:val="22"/>
        </w:rPr>
        <w:tab/>
        <w:t>Month 20xx-Month 20xx</w:t>
      </w:r>
    </w:p>
    <w:p w14:paraId="12836890" w14:textId="77777777" w:rsidR="00F01498" w:rsidRPr="00F01498" w:rsidRDefault="00F01498" w:rsidP="00F01498">
      <w:pPr>
        <w:pStyle w:val="ListParagraph"/>
        <w:numPr>
          <w:ilvl w:val="0"/>
          <w:numId w:val="10"/>
        </w:numPr>
        <w:tabs>
          <w:tab w:val="left" w:pos="0"/>
          <w:tab w:val="center" w:pos="5400"/>
          <w:tab w:val="right" w:pos="10800"/>
        </w:tabs>
        <w:spacing w:line="259" w:lineRule="auto"/>
        <w:rPr>
          <w:rFonts w:ascii="Open Sans" w:hAnsi="Open Sans" w:cs="Open Sans"/>
          <w:sz w:val="22"/>
        </w:rPr>
      </w:pPr>
      <w:r w:rsidRPr="00F01498">
        <w:rPr>
          <w:rFonts w:ascii="Open Sans" w:hAnsi="Open Sans" w:cs="Open Sans"/>
          <w:sz w:val="22"/>
        </w:rPr>
        <w:t>Bulleted action statement</w:t>
      </w:r>
    </w:p>
    <w:p w14:paraId="564F18EE" w14:textId="77777777" w:rsidR="00F01498" w:rsidRPr="00F01498" w:rsidRDefault="00F01498" w:rsidP="00F01498">
      <w:pPr>
        <w:pStyle w:val="ListParagraph"/>
        <w:numPr>
          <w:ilvl w:val="0"/>
          <w:numId w:val="10"/>
        </w:numPr>
        <w:tabs>
          <w:tab w:val="left" w:pos="0"/>
          <w:tab w:val="center" w:pos="5400"/>
          <w:tab w:val="right" w:pos="10800"/>
        </w:tabs>
        <w:spacing w:line="259" w:lineRule="auto"/>
        <w:rPr>
          <w:rFonts w:ascii="Open Sans" w:hAnsi="Open Sans" w:cs="Open Sans"/>
          <w:sz w:val="22"/>
        </w:rPr>
      </w:pPr>
      <w:r w:rsidRPr="00F01498">
        <w:rPr>
          <w:rFonts w:ascii="Open Sans" w:hAnsi="Open Sans" w:cs="Open Sans"/>
          <w:sz w:val="22"/>
        </w:rPr>
        <w:t>Bulleted action statement</w:t>
      </w:r>
    </w:p>
    <w:p w14:paraId="337C48A5" w14:textId="77777777" w:rsidR="00F01498" w:rsidRPr="00F01498" w:rsidRDefault="00F01498" w:rsidP="00F01498">
      <w:pPr>
        <w:pStyle w:val="ListParagraph"/>
        <w:numPr>
          <w:ilvl w:val="0"/>
          <w:numId w:val="10"/>
        </w:numPr>
        <w:tabs>
          <w:tab w:val="left" w:pos="0"/>
          <w:tab w:val="center" w:pos="5400"/>
          <w:tab w:val="right" w:pos="10800"/>
        </w:tabs>
        <w:spacing w:line="259" w:lineRule="auto"/>
        <w:rPr>
          <w:rFonts w:ascii="Open Sans" w:hAnsi="Open Sans" w:cs="Open Sans"/>
          <w:sz w:val="22"/>
        </w:rPr>
      </w:pPr>
      <w:r w:rsidRPr="00F01498">
        <w:rPr>
          <w:rFonts w:ascii="Open Sans" w:hAnsi="Open Sans" w:cs="Open Sans"/>
          <w:sz w:val="22"/>
        </w:rPr>
        <w:t>Bulleted action statement</w:t>
      </w:r>
    </w:p>
    <w:p w14:paraId="41FBBA5B" w14:textId="77777777" w:rsidR="00F01498" w:rsidRPr="00F01498" w:rsidRDefault="00F01498" w:rsidP="00F01498">
      <w:pPr>
        <w:tabs>
          <w:tab w:val="left" w:pos="0"/>
          <w:tab w:val="center" w:pos="5400"/>
          <w:tab w:val="right" w:pos="10800"/>
        </w:tabs>
        <w:rPr>
          <w:rFonts w:ascii="Open Sans" w:hAnsi="Open Sans" w:cs="Open Sans"/>
          <w:i/>
          <w:iCs/>
          <w:sz w:val="22"/>
        </w:rPr>
      </w:pPr>
      <w:r w:rsidRPr="00F01498">
        <w:rPr>
          <w:rFonts w:ascii="Open Sans" w:hAnsi="Open Sans" w:cs="Open Sans"/>
          <w:b/>
          <w:bCs/>
          <w:sz w:val="22"/>
        </w:rPr>
        <w:t xml:space="preserve">Position Title | </w:t>
      </w:r>
      <w:r w:rsidRPr="00F01498">
        <w:rPr>
          <w:rFonts w:ascii="Open Sans" w:hAnsi="Open Sans" w:cs="Open Sans"/>
          <w:sz w:val="22"/>
        </w:rPr>
        <w:t xml:space="preserve">Organization </w:t>
      </w:r>
      <w:r w:rsidRPr="00F01498">
        <w:rPr>
          <w:rFonts w:ascii="Open Sans" w:hAnsi="Open Sans" w:cs="Open Sans"/>
          <w:b/>
          <w:bCs/>
          <w:sz w:val="22"/>
        </w:rPr>
        <w:t>|</w:t>
      </w:r>
      <w:r w:rsidRPr="00F01498">
        <w:rPr>
          <w:rFonts w:ascii="Open Sans" w:hAnsi="Open Sans" w:cs="Open Sans"/>
          <w:sz w:val="22"/>
        </w:rPr>
        <w:t xml:space="preserve"> </w:t>
      </w:r>
      <w:r w:rsidRPr="00F01498">
        <w:rPr>
          <w:rFonts w:ascii="Open Sans" w:hAnsi="Open Sans" w:cs="Open Sans"/>
          <w:i/>
          <w:iCs/>
          <w:sz w:val="22"/>
        </w:rPr>
        <w:t>City, State</w:t>
      </w:r>
      <w:r w:rsidRPr="00F01498">
        <w:rPr>
          <w:rFonts w:ascii="Open Sans" w:hAnsi="Open Sans" w:cs="Open Sans"/>
          <w:i/>
          <w:iCs/>
          <w:sz w:val="22"/>
        </w:rPr>
        <w:tab/>
      </w:r>
      <w:r w:rsidRPr="00F01498">
        <w:rPr>
          <w:rFonts w:ascii="Open Sans" w:hAnsi="Open Sans" w:cs="Open Sans"/>
          <w:i/>
          <w:iCs/>
          <w:sz w:val="22"/>
        </w:rPr>
        <w:tab/>
        <w:t>Month 20xx-Month 20xx</w:t>
      </w:r>
    </w:p>
    <w:p w14:paraId="71291BC8" w14:textId="77777777" w:rsidR="00F01498" w:rsidRPr="00F01498" w:rsidRDefault="00F01498" w:rsidP="00F01498">
      <w:pPr>
        <w:pStyle w:val="ListParagraph"/>
        <w:numPr>
          <w:ilvl w:val="0"/>
          <w:numId w:val="10"/>
        </w:numPr>
        <w:tabs>
          <w:tab w:val="left" w:pos="0"/>
          <w:tab w:val="center" w:pos="5400"/>
          <w:tab w:val="right" w:pos="10800"/>
        </w:tabs>
        <w:spacing w:line="259" w:lineRule="auto"/>
        <w:rPr>
          <w:rFonts w:ascii="Open Sans" w:hAnsi="Open Sans" w:cs="Open Sans"/>
          <w:sz w:val="22"/>
        </w:rPr>
      </w:pPr>
      <w:r w:rsidRPr="00F01498">
        <w:rPr>
          <w:rFonts w:ascii="Open Sans" w:hAnsi="Open Sans" w:cs="Open Sans"/>
          <w:sz w:val="22"/>
        </w:rPr>
        <w:t>Bulleted action statement</w:t>
      </w:r>
    </w:p>
    <w:p w14:paraId="511BC8FB" w14:textId="77777777" w:rsidR="00F01498" w:rsidRPr="00F01498" w:rsidRDefault="00F01498" w:rsidP="00F01498">
      <w:pPr>
        <w:pStyle w:val="ListParagraph"/>
        <w:numPr>
          <w:ilvl w:val="0"/>
          <w:numId w:val="10"/>
        </w:numPr>
        <w:tabs>
          <w:tab w:val="left" w:pos="0"/>
          <w:tab w:val="center" w:pos="5400"/>
          <w:tab w:val="right" w:pos="10800"/>
        </w:tabs>
        <w:spacing w:line="259" w:lineRule="auto"/>
        <w:rPr>
          <w:rFonts w:ascii="Open Sans" w:hAnsi="Open Sans" w:cs="Open Sans"/>
          <w:sz w:val="22"/>
        </w:rPr>
      </w:pPr>
      <w:r w:rsidRPr="00F01498">
        <w:rPr>
          <w:rFonts w:ascii="Open Sans" w:hAnsi="Open Sans" w:cs="Open Sans"/>
          <w:sz w:val="22"/>
        </w:rPr>
        <w:t>Bulleted action statement</w:t>
      </w:r>
    </w:p>
    <w:p w14:paraId="31FA32CE" w14:textId="77777777" w:rsidR="00F01498" w:rsidRPr="00F01498" w:rsidRDefault="00F01498" w:rsidP="00F01498">
      <w:pPr>
        <w:pStyle w:val="ListParagraph"/>
        <w:numPr>
          <w:ilvl w:val="0"/>
          <w:numId w:val="10"/>
        </w:numPr>
        <w:tabs>
          <w:tab w:val="left" w:pos="0"/>
          <w:tab w:val="center" w:pos="5400"/>
          <w:tab w:val="right" w:pos="10800"/>
        </w:tabs>
        <w:spacing w:after="160" w:line="259" w:lineRule="auto"/>
        <w:rPr>
          <w:rFonts w:ascii="Open Sans" w:hAnsi="Open Sans" w:cs="Open Sans"/>
          <w:sz w:val="22"/>
        </w:rPr>
      </w:pPr>
      <w:r w:rsidRPr="00F01498">
        <w:rPr>
          <w:rFonts w:ascii="Open Sans" w:hAnsi="Open Sans" w:cs="Open Sans"/>
          <w:sz w:val="22"/>
        </w:rPr>
        <w:t>Bulleted action statement</w:t>
      </w:r>
    </w:p>
    <w:p w14:paraId="73AF7233" w14:textId="77777777" w:rsidR="00CC3054" w:rsidRPr="00F01498" w:rsidRDefault="00000000" w:rsidP="00542EEB">
      <w:pPr>
        <w:pStyle w:val="Heading1"/>
        <w:rPr>
          <w:rFonts w:ascii="Open Sans" w:hAnsi="Open Sans" w:cs="Open Sans"/>
          <w:sz w:val="22"/>
          <w:szCs w:val="22"/>
        </w:rPr>
      </w:pPr>
      <w:r w:rsidRPr="00F01498">
        <w:rPr>
          <w:rFonts w:ascii="Open Sans" w:hAnsi="Open Sans" w:cs="Open Sans"/>
          <w:sz w:val="22"/>
          <w:szCs w:val="22"/>
        </w:rPr>
        <w:t>ADDITIONAL EXPERIENCE</w:t>
      </w:r>
    </w:p>
    <w:p w14:paraId="102D6845" w14:textId="77777777" w:rsidR="00F01498" w:rsidRPr="00F01498" w:rsidRDefault="00F01498" w:rsidP="00F01498">
      <w:pPr>
        <w:tabs>
          <w:tab w:val="left" w:pos="0"/>
          <w:tab w:val="center" w:pos="5400"/>
          <w:tab w:val="right" w:pos="10800"/>
        </w:tabs>
        <w:rPr>
          <w:rFonts w:ascii="Open Sans" w:hAnsi="Open Sans" w:cs="Open Sans"/>
          <w:i/>
          <w:iCs/>
          <w:sz w:val="22"/>
        </w:rPr>
      </w:pPr>
      <w:r w:rsidRPr="00F01498">
        <w:rPr>
          <w:rFonts w:ascii="Open Sans" w:hAnsi="Open Sans" w:cs="Open Sans"/>
          <w:b/>
          <w:bCs/>
          <w:sz w:val="22"/>
        </w:rPr>
        <w:t xml:space="preserve">Position Title | </w:t>
      </w:r>
      <w:r w:rsidRPr="00F01498">
        <w:rPr>
          <w:rFonts w:ascii="Open Sans" w:hAnsi="Open Sans" w:cs="Open Sans"/>
          <w:sz w:val="22"/>
        </w:rPr>
        <w:t xml:space="preserve">Organization </w:t>
      </w:r>
      <w:r w:rsidRPr="00F01498">
        <w:rPr>
          <w:rFonts w:ascii="Open Sans" w:hAnsi="Open Sans" w:cs="Open Sans"/>
          <w:b/>
          <w:bCs/>
          <w:sz w:val="22"/>
        </w:rPr>
        <w:t>|</w:t>
      </w:r>
      <w:r w:rsidRPr="00F01498">
        <w:rPr>
          <w:rFonts w:ascii="Open Sans" w:hAnsi="Open Sans" w:cs="Open Sans"/>
          <w:sz w:val="22"/>
        </w:rPr>
        <w:t xml:space="preserve"> </w:t>
      </w:r>
      <w:r w:rsidRPr="00F01498">
        <w:rPr>
          <w:rFonts w:ascii="Open Sans" w:hAnsi="Open Sans" w:cs="Open Sans"/>
          <w:i/>
          <w:iCs/>
          <w:sz w:val="22"/>
        </w:rPr>
        <w:t>City, State</w:t>
      </w:r>
      <w:r w:rsidRPr="00F01498">
        <w:rPr>
          <w:rFonts w:ascii="Open Sans" w:hAnsi="Open Sans" w:cs="Open Sans"/>
          <w:i/>
          <w:iCs/>
          <w:sz w:val="22"/>
        </w:rPr>
        <w:tab/>
      </w:r>
      <w:r w:rsidRPr="00F01498">
        <w:rPr>
          <w:rFonts w:ascii="Open Sans" w:hAnsi="Open Sans" w:cs="Open Sans"/>
          <w:i/>
          <w:iCs/>
          <w:sz w:val="22"/>
        </w:rPr>
        <w:tab/>
        <w:t>Month 20xx-Month 20xx</w:t>
      </w:r>
    </w:p>
    <w:p w14:paraId="3905D3D1" w14:textId="77777777" w:rsidR="00F01498" w:rsidRPr="00F01498" w:rsidRDefault="00F01498" w:rsidP="00F01498">
      <w:pPr>
        <w:pStyle w:val="ListParagraph"/>
        <w:numPr>
          <w:ilvl w:val="0"/>
          <w:numId w:val="10"/>
        </w:numPr>
        <w:tabs>
          <w:tab w:val="left" w:pos="0"/>
          <w:tab w:val="center" w:pos="5400"/>
          <w:tab w:val="right" w:pos="10800"/>
        </w:tabs>
        <w:spacing w:line="259" w:lineRule="auto"/>
        <w:rPr>
          <w:rFonts w:ascii="Open Sans" w:hAnsi="Open Sans" w:cs="Open Sans"/>
          <w:sz w:val="22"/>
        </w:rPr>
      </w:pPr>
      <w:r w:rsidRPr="00F01498">
        <w:rPr>
          <w:rFonts w:ascii="Open Sans" w:hAnsi="Open Sans" w:cs="Open Sans"/>
          <w:sz w:val="22"/>
        </w:rPr>
        <w:t>Bulleted action statement</w:t>
      </w:r>
    </w:p>
    <w:p w14:paraId="59D7B867" w14:textId="77777777" w:rsidR="00F01498" w:rsidRDefault="00F01498" w:rsidP="00F01498">
      <w:pPr>
        <w:tabs>
          <w:tab w:val="left" w:pos="0"/>
          <w:tab w:val="center" w:pos="5400"/>
          <w:tab w:val="right" w:pos="10800"/>
        </w:tabs>
        <w:rPr>
          <w:rFonts w:ascii="Open Sans" w:hAnsi="Open Sans" w:cs="Open Sans"/>
          <w:b/>
          <w:bCs/>
          <w:sz w:val="22"/>
        </w:rPr>
      </w:pPr>
    </w:p>
    <w:p w14:paraId="446943C3" w14:textId="57EDD380" w:rsidR="00F01498" w:rsidRPr="00F01498" w:rsidRDefault="00F01498" w:rsidP="00F01498">
      <w:pPr>
        <w:tabs>
          <w:tab w:val="left" w:pos="0"/>
          <w:tab w:val="center" w:pos="5400"/>
          <w:tab w:val="right" w:pos="10800"/>
        </w:tabs>
        <w:rPr>
          <w:rFonts w:ascii="Open Sans" w:hAnsi="Open Sans" w:cs="Open Sans"/>
          <w:i/>
          <w:iCs/>
          <w:sz w:val="22"/>
        </w:rPr>
      </w:pPr>
      <w:r w:rsidRPr="00F01498">
        <w:rPr>
          <w:rFonts w:ascii="Open Sans" w:hAnsi="Open Sans" w:cs="Open Sans"/>
          <w:b/>
          <w:bCs/>
          <w:sz w:val="22"/>
        </w:rPr>
        <w:t xml:space="preserve">Position Title | </w:t>
      </w:r>
      <w:r w:rsidRPr="00F01498">
        <w:rPr>
          <w:rFonts w:ascii="Open Sans" w:hAnsi="Open Sans" w:cs="Open Sans"/>
          <w:sz w:val="22"/>
        </w:rPr>
        <w:t xml:space="preserve">Organization </w:t>
      </w:r>
      <w:r w:rsidRPr="00F01498">
        <w:rPr>
          <w:rFonts w:ascii="Open Sans" w:hAnsi="Open Sans" w:cs="Open Sans"/>
          <w:b/>
          <w:bCs/>
          <w:sz w:val="22"/>
        </w:rPr>
        <w:t>|</w:t>
      </w:r>
      <w:r w:rsidRPr="00F01498">
        <w:rPr>
          <w:rFonts w:ascii="Open Sans" w:hAnsi="Open Sans" w:cs="Open Sans"/>
          <w:sz w:val="22"/>
        </w:rPr>
        <w:t xml:space="preserve"> </w:t>
      </w:r>
      <w:r w:rsidRPr="00F01498">
        <w:rPr>
          <w:rFonts w:ascii="Open Sans" w:hAnsi="Open Sans" w:cs="Open Sans"/>
          <w:i/>
          <w:iCs/>
          <w:sz w:val="22"/>
        </w:rPr>
        <w:t>City, State</w:t>
      </w:r>
      <w:r w:rsidRPr="00F01498">
        <w:rPr>
          <w:rFonts w:ascii="Open Sans" w:hAnsi="Open Sans" w:cs="Open Sans"/>
          <w:i/>
          <w:iCs/>
          <w:sz w:val="22"/>
        </w:rPr>
        <w:tab/>
      </w:r>
      <w:r w:rsidRPr="00F01498">
        <w:rPr>
          <w:rFonts w:ascii="Open Sans" w:hAnsi="Open Sans" w:cs="Open Sans"/>
          <w:i/>
          <w:iCs/>
          <w:sz w:val="22"/>
        </w:rPr>
        <w:tab/>
        <w:t>Month 20xx-Month 20xx</w:t>
      </w:r>
    </w:p>
    <w:p w14:paraId="15596C74" w14:textId="77777777" w:rsidR="00F01498" w:rsidRPr="00F01498" w:rsidRDefault="00F01498" w:rsidP="00F01498">
      <w:pPr>
        <w:pStyle w:val="ListParagraph"/>
        <w:numPr>
          <w:ilvl w:val="0"/>
          <w:numId w:val="10"/>
        </w:numPr>
        <w:tabs>
          <w:tab w:val="left" w:pos="0"/>
          <w:tab w:val="center" w:pos="5400"/>
          <w:tab w:val="right" w:pos="10800"/>
        </w:tabs>
        <w:spacing w:line="259" w:lineRule="auto"/>
        <w:rPr>
          <w:rFonts w:ascii="Open Sans" w:hAnsi="Open Sans" w:cs="Open Sans"/>
          <w:sz w:val="22"/>
        </w:rPr>
      </w:pPr>
      <w:r w:rsidRPr="00F01498">
        <w:rPr>
          <w:rFonts w:ascii="Open Sans" w:hAnsi="Open Sans" w:cs="Open Sans"/>
          <w:sz w:val="22"/>
        </w:rPr>
        <w:t>Bulleted action statement</w:t>
      </w:r>
    </w:p>
    <w:p w14:paraId="40D17FF4" w14:textId="385280C1" w:rsidR="00F01498" w:rsidRPr="00F01498" w:rsidRDefault="002570D9" w:rsidP="00F01498">
      <w:pPr>
        <w:pStyle w:val="Heading1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 xml:space="preserve">TECHNICAL </w:t>
      </w:r>
      <w:r w:rsidR="00F01498">
        <w:rPr>
          <w:rFonts w:ascii="Open Sans" w:hAnsi="Open Sans" w:cs="Open Sans"/>
          <w:sz w:val="22"/>
          <w:szCs w:val="22"/>
        </w:rPr>
        <w:t>SKILLS</w:t>
      </w:r>
      <w:r>
        <w:rPr>
          <w:rFonts w:ascii="Open Sans" w:hAnsi="Open Sans" w:cs="Open Sans"/>
          <w:sz w:val="22"/>
          <w:szCs w:val="22"/>
        </w:rPr>
        <w:t xml:space="preserve"> &amp; LANGUAGES</w:t>
      </w:r>
    </w:p>
    <w:p w14:paraId="4EC31DFB" w14:textId="068DFCF1" w:rsidR="00CC3054" w:rsidRPr="00F01498" w:rsidRDefault="00CC3054" w:rsidP="00F01498">
      <w:pPr>
        <w:tabs>
          <w:tab w:val="right" w:pos="10080"/>
          <w:tab w:val="right" w:pos="10584"/>
        </w:tabs>
        <w:rPr>
          <w:rFonts w:ascii="Open Sans" w:hAnsi="Open Sans" w:cs="Open Sans"/>
          <w:sz w:val="22"/>
        </w:rPr>
      </w:pPr>
    </w:p>
    <w:sectPr w:rsidR="00CC3054" w:rsidRPr="00F01498" w:rsidSect="00C44B64">
      <w:pgSz w:w="12240" w:h="15840"/>
      <w:pgMar w:top="1080" w:right="1080" w:bottom="1080" w:left="1080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197ACC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AF75670"/>
    <w:multiLevelType w:val="hybridMultilevel"/>
    <w:tmpl w:val="111CBC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3931736">
    <w:abstractNumId w:val="8"/>
  </w:num>
  <w:num w:numId="2" w16cid:durableId="368990172">
    <w:abstractNumId w:val="6"/>
  </w:num>
  <w:num w:numId="3" w16cid:durableId="665135432">
    <w:abstractNumId w:val="5"/>
  </w:num>
  <w:num w:numId="4" w16cid:durableId="200751906">
    <w:abstractNumId w:val="4"/>
  </w:num>
  <w:num w:numId="5" w16cid:durableId="233274423">
    <w:abstractNumId w:val="7"/>
  </w:num>
  <w:num w:numId="6" w16cid:durableId="1753433840">
    <w:abstractNumId w:val="3"/>
  </w:num>
  <w:num w:numId="7" w16cid:durableId="1295411400">
    <w:abstractNumId w:val="2"/>
  </w:num>
  <w:num w:numId="8" w16cid:durableId="1242716932">
    <w:abstractNumId w:val="1"/>
  </w:num>
  <w:num w:numId="9" w16cid:durableId="630938954">
    <w:abstractNumId w:val="0"/>
  </w:num>
  <w:num w:numId="10" w16cid:durableId="27544787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11C7"/>
    <w:rsid w:val="0015074B"/>
    <w:rsid w:val="002570D9"/>
    <w:rsid w:val="0029639D"/>
    <w:rsid w:val="00326F90"/>
    <w:rsid w:val="00336CE7"/>
    <w:rsid w:val="004C2423"/>
    <w:rsid w:val="00542EEB"/>
    <w:rsid w:val="008A7802"/>
    <w:rsid w:val="00AA1D8D"/>
    <w:rsid w:val="00B47730"/>
    <w:rsid w:val="00C44B64"/>
    <w:rsid w:val="00C55FF7"/>
    <w:rsid w:val="00CB0664"/>
    <w:rsid w:val="00CC3054"/>
    <w:rsid w:val="00DE2E75"/>
    <w:rsid w:val="00F0149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E51AA28"/>
  <w14:defaultImageDpi w14:val="300"/>
  <w15:docId w15:val="{9929723D-A755-9F45-B65B-5D7815EBF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eastAsia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42EEB"/>
    <w:pPr>
      <w:pBdr>
        <w:top w:val="single" w:sz="6" w:space="2" w:color="000000"/>
        <w:bottom w:val="single" w:sz="6" w:space="2" w:color="000000"/>
      </w:pBdr>
      <w:spacing w:before="240" w:after="60"/>
      <w:jc w:val="center"/>
      <w:outlineLvl w:val="0"/>
    </w:pPr>
    <w:rPr>
      <w:rFonts w:asciiTheme="majorHAnsi" w:hAnsiTheme="majorHAnsi" w:cstheme="majorHAnsi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542EEB"/>
    <w:rPr>
      <w:rFonts w:asciiTheme="majorHAnsi" w:hAnsiTheme="majorHAnsi" w:cstheme="majorHAnsi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/>
      <w:jc w:val="center"/>
    </w:pPr>
    <w:rPr>
      <w:rFonts w:ascii="Open Sans" w:hAnsi="Open Sans" w:cs="Open Sans"/>
      <w:sz w:val="3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hAnsiTheme="majorHAnsi" w:cstheme="majorHAnsi"/>
      <w:b/>
      <w:bCs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Novak, Mykl</dc:creator>
  <cp:keywords/>
  <dc:description/>
  <cp:lastModifiedBy>Stock, Michael</cp:lastModifiedBy>
  <cp:revision>4</cp:revision>
  <cp:lastPrinted>2026-07-12T03:56:00Z</cp:lastPrinted>
  <dcterms:created xsi:type="dcterms:W3CDTF">2026-09-14T19:19:00Z</dcterms:created>
  <dcterms:modified xsi:type="dcterms:W3CDTF">2026-09-14T19:29:00Z</dcterms:modified>
  <cp:category/>
</cp:coreProperties>
</file>